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اللانهاية في الرياضيات والفيزياء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أبوبكر خالد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9789947821534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