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التعدد اللساني واللغة الجامعة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التعدد اللساني/ اللسان العربي الجامع/ التعدد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