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الصحافة المكتوبة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978994782154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الصحافة المكتوبة/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