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أهمية البحوث الجامعية باللغة العربية وتطبيقاتها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المجلس الأعلى للغة العربية/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403ص.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060103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البحوث اللغوية/ الجامعة الجزائرية/ الدراسات الجامعية/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