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جهاد المراة الجزائرية في ولاية ميلة ابان الثورة التحريرية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965418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