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مدونة الفداء ابان الثورة التحريرية الجزائرية لولاية ميلة 1954 - 1962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الصادق مزهود/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9789961948903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