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البيع الشخصي  في تسويق الخدمات دراسة حالة مؤسسة اتصالات الجزائر -وحدة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فاطمة/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 الشخصي/ المؤسسات الخدماتية/ الاتصال الترويجي/ انواع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