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تقييم أداء العاملين في تدعيم أداء المؤسسة الإقتصادية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خليفة بدر الدين/ ،رحيم ابراهيم(رئيسا)، لمزاودة رياض(ماقشا)، نجار روفية(مشرفا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33053811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إدارة الجودة الشاملة/ تقييم الأداء/ تحسين عناصر الأداء/ إعادة الهندسة/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