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تحقيق جودة الخدمات المصرفية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سمير/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الخدمات المصرفية/ التسويق الداخلي/ البيئة التسويقية المصرفية/ المزيج التسويقي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