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تسويق الخدمات السياحية دراسة حالة وكالة سيفاتي للسياحة والسفر القرارم قوقة -ميلة-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مغزيلي شعيب/ رملي حمزة(مشرفا)/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33054711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تسويق الخدمات/ السياحة/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