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الإلكترونية على جودة الخدمة السياحية من وجهة نظر الزبون : دراسة حالة الوكالات السياحية في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بوخملة عقبة/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 الإلكترونية/ السياحة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