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المزيج التسويقي للخدمات الفندقية على رضاوولاء الزبون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مبارك أيمن أمين/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النشاط الإقتصادي/ الفندقة/ التسويق الفندقي/ أنواع الفنادق/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