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الترويج في ترقية المبيعات : دراسة حالة -إتصالات الجزائر-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أمينة/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المزيج الترويجي/ المزيج التسويقي/ زيادة المبيعات/ وظائف 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