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فعالية الإستراتيجيات التسويقية في تحسين صورة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بوشطيبة صلاح الدين/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اتصالات الجزائر/ صورة المؤسسة/ الاستراتيجيات التسويقية/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