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إستراتيجيات التسويق بالعلاقات في تحقيق الميزة التنافسية للمؤسسة :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كباش رمزي/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الميزة التنافسية/ اتصالات الجزائر/ التسويق بالعلاقات/ الزبون وعلاقته بالمؤسسة/ البيئة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