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الإستراتيجية التسويقية في شركات التأمين : دراسة حالة الشركة الوطنية للتأمين (SAA) -وكالة فرجيوة-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بوحنة آية/ ،كنيدة زليخة(رئيسا)، لطرش جمال(مناقشا)، بوالريحان(مشرفا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33057011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شركات التأمين/ التسويق الاستراتيجي/ المبادئ الأساسية للتأمين/ أنواع التأمين/ شركةSAA/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