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chaotique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Boutera Mansour Lamia/ Daoui .A(président),Laouira..W(Examinateur),Bouden .R(Encadrer),/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algorithme/ chaos/ optimisation/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