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الإلكتروني على جودة الخدمة السياحية من وجهة نظر الموظف : دراسة حالة وكالات السياحة (ولاية ميلة)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بلواد رمزي/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السياحة الإلكترونية/ التسويق الإلكتروني/ الخدمة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