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المقاولاتي كمدخل للتشغيل و تفعيل حركة الإستثمار الخاص في الجزائر 2014/2009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بسمة/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التشغيل/ المقاولاتية/ الإستثمار الخاص/ المقاول/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