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الإعتماد المستندي في تمويل التجارة الخارجية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الإعتماد المستندي/ التجارة الخارجية/ وسائل الدفع/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