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القروض المصغرة في البنوك التجارية بين الضمانات والأخطار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محمد/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الصغيرة/ القروض المصغرة/ ماهية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