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 الإتصال ودورها في تنمية الموارد البشرية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توازيت شريف/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التدريب/ إدارة الموارد البشرية/ تكنولوجيا المعلومات والإتصال/ الجامعات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