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وسائل الدفع الحديثة على مردودية البنك :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بوزهار زينب/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المردودية/ وسائل الدفع الحديثة/ الوكالة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