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recherch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aoui Warda/ Fadel Wahi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simulation/ Théor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