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Lapproche bayesienne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Menai Nesrine/ Zerari AMEL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Vraisemblances-/ bayésienne/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