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fonction de riemann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Bahri Karima/ Bouzrayeb Hayat(encadreur)/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Théoréme/ Séries/ Farey/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