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de 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Benmerzoug Nour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Topologies/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