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e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ouira H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mbles/ optim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