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بني أبعاد المسؤولية الإجتماعية ودورها في ترقية أداء العمال : دراسة حالة مؤسسة سوناريك -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جي منيرة/ هولي فرح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جتماعية/ المسؤولية الإجتماعية/ منظمة الأعمال/ شركات القطاع الخ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