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قياس جودة خدمات النقل الحضري بمدينة ميلة  دراسة حالة مديرية النقل مدينة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بريك ياسمين/ عقون شراف(مشرفا)/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33065311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الجودة/ الخدمة/ رضا الزبون/ المؤسسات الخدمية/ مؤسسات النقل/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