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زيادة حجم الإستثمارات حالة الجزائر(1990-2001)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أحلام/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الإقتصاد الجزائري/ إقتصاديات الدول النامية/ السياسة الإنفاقية/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