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وكالات السياحة والأسفار في التسويق للسياحة بالجزائر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لبيوض بلال/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التسويق السياحي/ المنشآت السياحية/ وكالات السياحة والسفر/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