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البيئية لدى المنشآت الصناعية : دراسة ميدانية لدى مكاتب المحاسبة ميلة2015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ميزان سيف الدين/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التحليل/ قياس التكاليف البيئية/ المحاسيبن/ المعالجات الإحصائية/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