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Chaine de markov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Kenida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probabilité/ Converge/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