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الجودة الشاملة للخدمات الفندقية على رضا الزبون :دراسة حالة فندق الآغا AL AGHA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لزرق نسيمة/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الجودة الشاملة/ الزبون/ المؤسسات الإقتصادية/ المؤسسات الفندقية/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