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الرقابة الجبائية في الجزائر ودورها في التقليل من ظاهرة الغش الضريبي :دراسة حالة مفتشية الضرائب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شافية/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الرقابة الجبائية/ الغش الضريبي/ النظام الضريبي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