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إبرام ومتابعة الصفقات العمومية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عياشي حميدة/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الاقتصاد/ الصفقات العمومية/ الجماعات المحلية/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