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Théorie des opérateurs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فرنسية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Kerioui Nadjah/ Benhabiles Hanane( encadreur)/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1.éd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Centre universitaire mila/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33p.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51028111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borné/ Espace/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