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 وأثره على تنافسية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العقون صدام حسين/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التسويق الإلكتروني/ الاستراتيجيات العامة للتنافس/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