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d'optimisation avec et sans contrainte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Medjdoub Abd Elmounaim/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algorithmes/ calcul/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