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القيادة الإدارية على صنع القرار قي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بهوهو مهدي/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33063711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الإدارة/ القيادة الإدارية/ نظريات القيادة الإدارية/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