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القيادة التشاركية في الحد من النزاع التنظيمي في المؤسسة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زعارير شفيعة/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القائد/ النزاع/ النمط القيادي/ النزاع التنظيمي في المؤسسة/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