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الموارد البشرية في تحسين الأداء الإقتصادي للمؤسسة 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إبراهيم/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إدارة الموارد البشرية/ الأداء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