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modules sur les anneaux principaux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Amimour Amel/ Halim Yacine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Théorie/ Formulation/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