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Formulation variationnelle des problèmes elliptique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Boukedjani Roqiya/ LABED BOUDJEMA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Equation/ Proposition/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