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التخطيط والرقابة في اتخاذ القرار في المؤسسة الإقتصادية  : دراسة حالة الشركة الميلافية للخزف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إيمان/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الرقابة/ نظام المعلومات/ القرار الإداري/ التنفيذ/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