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ème de b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skine Hayat/ Boudjerida Nadjet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nsembles/ Baire/ Banach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