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opérateurs non bornés dans l'espace de hilbert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Laib Hayet/ F.Slemnia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Hilbert/ operateurs/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