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Sous-groupes distingués et groupes quotients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Sid Samia/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sous groupes/ théorèmes/ Morphismes/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