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Theorie spectrale des operateurs non bornes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Kheloufi Aicha/ Ahmed yahia Rakia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51026711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borné/ adjoints/ compacts/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03/08/2026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